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15:00-16:30 Makasiinilla Ilo laulaa- lauluryhmä ja rempseät rallit (yhteislaulua)</w:t>
      </w:r>
    </w:p>
    <w:p>
      <w:r>
        <w:t>Ilo laulaa- lauluryhmä laulaa rempseitä ralleja, kotimaista musiikkia, iskelmää; Veijo soittaa taustoja haitarilla.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