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10:00-14:00 Makasiinin Puoti &amp; Kahvila avoinna pe 9.5 - su 11.5.</w:t>
      </w:r>
    </w:p>
    <w:p>
      <w:r>
        <w:t>Makasiinin Puoti &amp; Kahvila palvelee myös äitienpäiväviikolla:</w:t>
        <w:br/>
        <w:t>pe-la 10-14</w:t>
        <w:br/>
        <w:t>su 12-16</w:t>
        <w:br/>
        <w:br/>
        <w:t>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