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Mikkelin Ravirata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13:00-17:00 Mäntyharju-ravit</w:t>
      </w:r>
    </w:p>
    <w:p>
      <w:r>
        <w:t>Mäntyharju-ravit Mikkelissä lauantaina 17.5. klo 13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