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10:00-12:00 Yksityistiepäivä</w:t>
      </w:r>
    </w:p>
    <w:p>
      <w:r>
        <w:t>Tervetuloa maksuttomaan yksityistiepäivään Mäntyharjun kulttuurisalille lauantaina 7.6.2025 klo 10.00–12.00.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