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11:00-15:00 Avoimet ovet</w:t>
      </w:r>
    </w:p>
    <w:p>
      <w:r>
        <w:t>Mahdollisuus tutustua lajiin. Klo 11-14 kertauskurssi green cardin suorittaneille ja muille lajia jo harrastaneille. 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