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Halmela, Halmenmiementie 264, 52850 Halmeniemi</w:t>
      </w:r>
    </w:p>
    <w:p>
      <w:r>
        <w:t>14.6.2025 lauantai</w:t>
      </w:r>
    </w:p>
    <w:p>
      <w:pPr>
        <w:pStyle w:val="Heading1"/>
      </w:pPr>
      <w:r>
        <w:t>14.6.2025 lauantai</w:t>
      </w:r>
    </w:p>
    <w:p>
      <w:pPr>
        <w:pStyle w:val="Heading2"/>
      </w:pPr>
      <w:r>
        <w:t>12:00-15:00 Avoimet kylät - Halmeniemellä on turvallista asua ja mökkeillä</w:t>
      </w:r>
    </w:p>
    <w:p>
      <w:r>
        <w:t>Tapahtumaan ovat tervetulleita Halmeniemen alueen asukkaat, vapaa-ajan asukkaat, mökkivieraat sekä kaikki satunnaiset matkaajat.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