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Polaria padelkenttä</w:t>
      </w:r>
    </w:p>
    <w:p>
      <w:r>
        <w:t>15.8.2025 perjantai</w:t>
      </w:r>
    </w:p>
    <w:p>
      <w:pPr>
        <w:pStyle w:val="Heading1"/>
      </w:pPr>
      <w:r>
        <w:t>15.8.2025 perjantai</w:t>
      </w:r>
    </w:p>
    <w:p>
      <w:pPr>
        <w:pStyle w:val="Heading2"/>
      </w:pPr>
      <w:r>
        <w:t>17:00-22:00 Mäntyharju-turnaus</w:t>
      </w:r>
    </w:p>
    <w:p>
      <w:r>
        <w:t>Turnaukseen ilmoittaudutaan yksilönä ja parit arvotaan.</w:t>
      </w:r>
    </w:p>
    <w:p>
      <w:r>
        <w:t>Hinta/pelaaja</w:t>
        <w:br/>
        <w:br/>
        <w:t>15€ jäsenille, 20€ ei jäsenille.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