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Pappilan frisbeegolfpuisto, Iso-Pappilantie 1</w:t>
      </w:r>
    </w:p>
    <w:p>
      <w:r>
        <w:t>6.7.2025 sunnuntai</w:t>
      </w:r>
    </w:p>
    <w:p>
      <w:pPr>
        <w:pStyle w:val="Heading1"/>
      </w:pPr>
      <w:r>
        <w:t>6.7.2025 sunnuntai</w:t>
      </w:r>
    </w:p>
    <w:p>
      <w:pPr>
        <w:pStyle w:val="Heading2"/>
      </w:pPr>
      <w:r>
        <w:t>17:00-21:00 Frisbeegolf Kesäcup 2025</w:t>
      </w:r>
    </w:p>
    <w:p>
      <w:r>
        <w:t>MäVin frisbeegolfin Kesäcup 2025, kuudes kierros.</w:t>
      </w:r>
    </w:p>
    <w:p>
      <w:r>
        <w:t>Hinta/pelaaja:</w:t>
        <w:br/>
        <w:t>3€ jäsenille, 5€ muille.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