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10:00-14:00 Kuntoile 430 km -kampanjan startti</w:t>
      </w:r>
    </w:p>
    <w:p>
      <w:r>
        <w:t>Juhlistamme Mäntyharjun 430v -juhlavuotta kuntoilemalla vähintään 430 km (lapset 43 km).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