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 talo, Pertunmaantie 1400, 52740 Tuustaipale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12:00-14:00 Toivolan Possujuhla</w:t>
      </w:r>
    </w:p>
    <w:p>
      <w:r>
        <w:t>Perinteistä Possujuhlaa vietetään tänäkin vuonna heinäkuun kolmantena sunnuntaina.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