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11:00-15:00 Karoliina Forsströmin hevosten maastakäsittelyklinikka</w:t>
      </w:r>
    </w:p>
    <w:p>
      <w:r>
        <w:t>Karoliina Forsströmin maastakäsittelyklinikka lauantaina 2.8.2025 klo 11-15 MRA-kentällä Mäntyharjun Hevosurheilukeskuksella.</w:t>
      </w:r>
    </w:p>
    <w:p>
      <w:r>
        <w:t>30 €, maksetaan ennakkoon joko tilisiirtona MRA:n tilille FI73 5271 2120 0196 71 (käytä viitenumeroa 1232) tai MobilePaylla #25339 (valitse Koulutukset).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