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Mäntyharjun Urheilupuisto</w:t>
      </w:r>
    </w:p>
    <w:p>
      <w:r>
        <w:t>15.6.2025 sunnuntai</w:t>
      </w:r>
    </w:p>
    <w:p>
      <w:pPr>
        <w:pStyle w:val="Heading1"/>
      </w:pPr>
      <w:r>
        <w:t>15.6.2025 sunnuntai</w:t>
      </w:r>
    </w:p>
    <w:p>
      <w:pPr>
        <w:pStyle w:val="Heading2"/>
      </w:pPr>
      <w:r>
        <w:t>11:30-13:00 Cooper-tempaus</w:t>
      </w:r>
    </w:p>
    <w:p>
      <w:r>
        <w:t>Tule mittaamaan maksimikestävyyttäsi ja juoksemaan Cooperin testi ohjatusti Mäntyharjun yleisurheilukentällä su 15.6.</w:t>
      </w:r>
    </w:p>
    <w:p>
      <w:r>
        <w:t>Osallistumismaksu 3 €/hlö, MäVin jäsenille maksuton. Maksun voi suorittaa kortilla, Mobilepaylla, Epassilla, Edenredillä ja Smartumilla.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