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15:00-16:00 Puistojooga Iso-Pappilan museoalueella</w:t>
      </w:r>
    </w:p>
    <w:p>
      <w:r>
        <w:t>Nauti hyvästä olosta kehossasi ja tule mukaan joogaamaan yhdessä Iso-Pappilan museoalueelle.</w:t>
      </w:r>
    </w:p>
    <w:p>
      <w:r>
        <w:t>Hinta 10/8€. Maksu kortilla tai käteisellä. Epassi ja Edenred käy.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