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Koirakiven kesäteatteri</w:t>
      </w:r>
    </w:p>
    <w:p>
      <w:r>
        <w:t>5.7.2025 lauantai</w:t>
      </w:r>
    </w:p>
    <w:p>
      <w:pPr>
        <w:pStyle w:val="Heading1"/>
      </w:pPr>
      <w:r>
        <w:t>5.7.2025 lauantai</w:t>
      </w:r>
    </w:p>
    <w:p>
      <w:pPr>
        <w:pStyle w:val="Heading2"/>
      </w:pPr>
      <w:r>
        <w:t>15:00-17:30 Koirakiven kesäteatteri: OIKEESTI Finlanders-musikaali</w:t>
      </w:r>
    </w:p>
    <w:p>
      <w:r>
        <w:t>Tarina kertoo Kirsikan ja hänen miehensä elämästä Finlandersin musiikin siivittämänä.</w:t>
      </w:r>
    </w:p>
    <w:p>
      <w:r>
        <w:t>Aikuisten lippu: netistä 26 € /hlö, portilta 29€ /hlö</w:t>
        <w:br/>
        <w:t>Lasten lippu: netistä 13 € /hlö, portilta 16€ /hlö  (5-12 v.)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