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Mediateekki, mäntyharjun lukio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13:00-14:00 Rekrytointitilaisuus Mäntyharjun kesäteatteri</w:t>
      </w:r>
    </w:p>
    <w:p>
      <w:r>
        <w:t>Tervetuloa mukaan kesäteatterin tuottamiseen kesälle 2026! Tule tutustumaan ja kertomaan millaisista teatterin tuotantotehtävistä olisit kiinnostunut.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