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kulttuurisali, Kompantie 22</w:t>
      </w:r>
    </w:p>
    <w:p>
      <w:r>
        <w:t>12.10.2025 sunnuntai</w:t>
      </w:r>
    </w:p>
    <w:p>
      <w:pPr>
        <w:pStyle w:val="Heading1"/>
      </w:pPr>
      <w:r>
        <w:t>12.10.2025 sunnuntai</w:t>
      </w:r>
    </w:p>
    <w:p>
      <w:pPr>
        <w:pStyle w:val="Heading2"/>
      </w:pPr>
      <w:r>
        <w:t>13:30-15:00 Lasten ja nuorten teatterileirin päätöstapahtuma</w:t>
      </w:r>
    </w:p>
    <w:p>
      <w:r>
        <w:t>Tervetuloa lasten ja nuorten teatterileiriviikonlopun päätöstapahtumaan sunnuntaina 12.10.2025 klo 13.30 Kulttuurisaliin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