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18:00-22:00 Tunnelmalliset, kolmen ruokalajin illalliset ravintola Hilupilttuussa</w:t>
      </w:r>
    </w:p>
    <w:p>
      <w:r>
        <w:t>Tule nauttimaan kolmen ruokalajin illallinen upeassa ravintola Hilupilttuun miljöössä!</w:t>
      </w:r>
    </w:p>
    <w:p>
      <w:r>
        <w:t xml:space="preserve">Kolme ruokalajia  </w:t>
        <w:br/>
        <w:t>55 € / 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