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nuorisotalo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>18:30-19:45 Hollolan Viihdekuoron konsertti</w:t>
      </w:r>
    </w:p>
    <w:p>
      <w:r>
        <w:t>Hollolan Viihdekuoro tulkitsee rakkauslaulujen tarinoita ja kutsuu mukaan tunnelmalliseen konserttiin.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