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09:30-11:00 Perheliikkarin yhteydessä Vireä Perhe -hanke tapahtuma</w:t>
      </w:r>
    </w:p>
    <w:p>
      <w:r>
        <w:t>Vireä Perhe Etelä-Savossa hanke starttaa Pertunmaalla la 18.10.2025 klo 9.30-11.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