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12:00-13:00 Pyörätuolitanssi tutuksi Monitoimihalli Kisalassa</w:t>
      </w:r>
    </w:p>
    <w:p>
      <w:r>
        <w:t>Kisalassa pe 31.10. klo 12.00 Pyörätuolitanssi tutuksi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