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10:00-15:00 Pertun pyöräily</w:t>
      </w:r>
    </w:p>
    <w:p>
      <w:r>
        <w:t>Lähtö Pertunmaan torilta.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