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Piian pelto, Seppälän riihi</w:t>
      </w:r>
    </w:p>
    <w:p>
      <w:r>
        <w:t>2.8.2025 lauantai</w:t>
      </w:r>
    </w:p>
    <w:p>
      <w:pPr>
        <w:pStyle w:val="Heading1"/>
      </w:pPr>
      <w:r>
        <w:t>2.8.2025 lauantai</w:t>
      </w:r>
    </w:p>
    <w:p>
      <w:pPr>
        <w:pStyle w:val="Heading2"/>
      </w:pPr>
      <w:r>
        <w:t>11:00-16:00 Elokuun vohvelikahvilan avajaiset</w:t>
      </w:r>
    </w:p>
    <w:p>
      <w:r>
        <w:t>Luulitko, että kesä loppuu heinäkuuhun?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