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lukio</w:t>
      </w:r>
    </w:p>
    <w:p>
      <w:r>
        <w:t>9.11.2025 sunnuntai</w:t>
      </w:r>
    </w:p>
    <w:p>
      <w:pPr>
        <w:pStyle w:val="Heading1"/>
      </w:pPr>
      <w:r>
        <w:t>9.11.2025 sunnuntai</w:t>
      </w:r>
    </w:p>
    <w:p>
      <w:pPr>
        <w:pStyle w:val="Heading2"/>
      </w:pPr>
      <w:r>
        <w:t>17:00-20:30 Vapaaehtooisen pelastuspalvelun peruskurssi</w:t>
      </w:r>
    </w:p>
    <w:p>
      <w:r>
        <w:t>Vapaaehtoinen pelastuspalvelu järjestää pelastuspalvelun peruskurssin Mäntyharju 11.09.2025 kello 17:00-20:30.</w:t>
      </w:r>
    </w:p>
    <w:p>
      <w:r>
        <w:t>Kurssi on osallistujille maksuton.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