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Woikoski Feeling / WHD Gård, Nurmaankyläntie 90, 52960 Nurmaa</w:t>
      </w:r>
    </w:p>
    <w:p>
      <w:r>
        <w:t>9.8.2025 lauantai</w:t>
      </w:r>
    </w:p>
    <w:p>
      <w:pPr>
        <w:pStyle w:val="Heading1"/>
      </w:pPr>
      <w:r>
        <w:t>9.8.2025 lauantai</w:t>
      </w:r>
    </w:p>
    <w:p>
      <w:pPr>
        <w:pStyle w:val="Heading2"/>
      </w:pPr>
      <w:r>
        <w:t>19:00-23:59 Woikoski Summer Dressage -iltajuhla ja Antti Matikainen House Band</w:t>
      </w:r>
    </w:p>
    <w:p>
      <w:r>
        <w:t>Woikoski Summer Dressage -iltajuhla käynnistyy lauantaina 9.8. kisojen päätyttyä noin klo 19 alkaen.</w:t>
      </w:r>
    </w:p>
    <w:p>
      <w:r>
        <w:t>60 € / hlö (hinta sis. illan ohjelman keikkoineen ja herkullisen illallisen)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