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Moottoriurheilukeskus, Ruotimo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>11:00-17:00 Hissikeskus - JM jokkiskilpailu</w:t>
      </w:r>
    </w:p>
    <w:p>
      <w:r>
        <w:t>Ruotimon moottoriurheilukeskuksessa ajetaan lauantaina 6.9. jälkeen jokamiesluokan autokisa.</w:t>
        <w:br/>
        <w:br/>
        <w:br/>
        <w:br/>
      </w:r>
    </w:p>
    <w:p>
      <w:r>
        <w:t>Liput 10 €, alle 12 vuotiaat ilmaiseksi, maksutapa käteinen.</w:t>
        <w:br/>
        <w:br/>
        <w:t>Puffetissa maksutapa käteinen ja pankkikortti.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