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SML Woikoski Feeling enduro 2025</w:t>
      </w:r>
    </w:p>
    <w:p>
      <w:r>
        <w:t>SML Woikoski Feeling enduro 2025</w:t>
        <w:br/>
        <w:br/>
        <w:t>Kansallinen endurokilpailu.</w:t>
        <w:br/>
        <w:br/>
        <w:t>www.woikoskienduro.fi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