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kansalaisopisto</w:t>
      </w:r>
    </w:p>
    <w:p>
      <w:r>
        <w:t>14.8.2025 torstai</w:t>
      </w:r>
    </w:p>
    <w:p>
      <w:pPr>
        <w:pStyle w:val="Heading1"/>
      </w:pPr>
      <w:r>
        <w:t>14.8.2025 torstai</w:t>
      </w:r>
    </w:p>
    <w:p>
      <w:pPr>
        <w:pStyle w:val="Heading2"/>
      </w:pPr>
      <w:r>
        <w:t>12:30-14:00 Kansalaisopiston toimisto- ja puhelinilmoittautuminen alkaa klo 12.30</w:t>
      </w:r>
    </w:p>
    <w:p>
      <w:r>
        <w:t>Mäntyharjun kansalaisopiston syksyn kurssit alkavat, oletko jo ilmoittautunut?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