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Kuortin Kisahalli, Vanhatie 209</w:t>
      </w:r>
    </w:p>
    <w:p>
      <w:r>
        <w:t>16.8.2025 lauantai</w:t>
      </w:r>
    </w:p>
    <w:p>
      <w:pPr>
        <w:pStyle w:val="Heading1"/>
      </w:pPr>
      <w:r>
        <w:t>16.8.2025 lauantai</w:t>
      </w:r>
    </w:p>
    <w:p>
      <w:pPr>
        <w:pStyle w:val="Heading2"/>
      </w:pPr>
      <w:r>
        <w:t>19:00-23:59 Tribute to Elvis Presley</w:t>
      </w:r>
    </w:p>
    <w:p>
      <w:r>
        <w:t>Elvis Presley kuoli 16. elokuuta 1977, 42-vuotiaana.</w:t>
      </w:r>
    </w:p>
    <w:p>
      <w:r>
        <w:t>10 euroa/hlö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