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Leskelä Highland / Leskelän luomutila</w:t>
      </w:r>
    </w:p>
    <w:p>
      <w:r>
        <w:t>30.8.2025 lauantai</w:t>
      </w:r>
    </w:p>
    <w:p>
      <w:pPr>
        <w:pStyle w:val="Heading1"/>
      </w:pPr>
      <w:r>
        <w:t>30.8.2025 lauantai</w:t>
      </w:r>
    </w:p>
    <w:p>
      <w:pPr>
        <w:pStyle w:val="Heading2"/>
      </w:pPr>
      <w:r>
        <w:t>10:00-16:00 Leskelän tilapäivä</w:t>
      </w:r>
    </w:p>
    <w:p>
      <w:r>
        <w:t>Leskelän tilapäivänä pääset tutustumaan luomutilan toimintaan ja ylämaankarjan elämään.</w:t>
        <w:br/>
        <w:br/>
        <w:t>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