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10:00-16:00 Tutustu &amp; treenaa -ryhmäliikuntapäivä</w:t>
      </w:r>
    </w:p>
    <w:p>
      <w:r>
        <w:t>Tutustu &amp; treenaa -tapahtumassa la 13.9. Monitoimihalli Kisalassa on luvassa koko päiväksi monipuolista liikettä.</w:t>
      </w:r>
    </w:p>
    <w:p>
      <w:r>
        <w:t>Osallistumismaksu (sis. valitsemasi tunnit, InBody-mittaus): 35,00 €/MäVin jäsen, 45,00 €/muut</w:t>
        <w:br/>
        <w:br/>
        <w:t>Lounas (sis. Bistro Murun kanasalaatin, leivän ja levitteen, juomana vesi/mehu): 8,00 €</w:t>
        <w:br/>
        <w:br/>
        <w:t>Osallistumismaksun osuuden voi maksaa myös Epassilla, Edenredillä tai Smartumilla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