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Kisala, volttisali Mäntyharju</w:t>
      </w:r>
    </w:p>
    <w:p>
      <w:r>
        <w:t>25.8.2025 maanantai</w:t>
      </w:r>
    </w:p>
    <w:p>
      <w:pPr>
        <w:pStyle w:val="Heading1"/>
      </w:pPr>
      <w:r>
        <w:t>25.8.2025-10.12.2025</w:t>
      </w:r>
    </w:p>
    <w:p>
      <w:pPr>
        <w:pStyle w:val="Heading2"/>
      </w:pPr>
      <w:r>
        <w:t>18:00-20:30 Judoharjoitukset</w:t>
      </w:r>
    </w:p>
    <w:p>
      <w:r>
        <w:t>Judoharjoitukset syyskausi 25.8 - 10.12.2025. Harjoitukset kahdesti viikossa.</w:t>
      </w:r>
    </w:p>
    <w:p>
      <w:r>
        <w:t>Vuosittainen seuran jäsenmaksu 25€, syyskauden harjoitusmaksu 40€ ja judoliiton vakuutukselllinen lisenssi (46€-154€). Hinta muotoutuu iän ja lisenssin pituuden mukaan.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