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18:00-20:00 Järjestöilta: Pertunmaa -talolla</w:t>
      </w:r>
    </w:p>
    <w:p>
      <w:r>
        <w:t xml:space="preserve">Tervetuloa alueen järjestöt yhteiseen tapaamiseen :)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