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18:00-20:00 Kuntalaisilta Kulttuurisalissa: Aiheena kuntalaisten hyvinvointi ja hyvinvointisuunnitelma (Siirretty ajankohta)</w:t>
      </w:r>
    </w:p>
    <w:p>
      <w:r>
        <w:t xml:space="preserve">Lämpimästi tervetuloa Kuntalaisiltaan Kulttuurisaliin (Kompantie 22) keskiviikkona 24.9. klo 18 :)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