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18:00-20:00 Kuntalaisilta Pertunmaa -talolla: Aiheena kuntalaisten hyvinvointi ja hyvinvointisuunnitelma</w:t>
      </w:r>
    </w:p>
    <w:p>
      <w:r>
        <w:t xml:space="preserve">Lämpimästi tervetuloa Kuntalaisiltaan Pertunmaa -talolle torstaina 25.9. klo 18 :)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