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Piian pelto, Mansikkamäentie 575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18:00-22:00 Seppälä soikoon</w:t>
      </w:r>
    </w:p>
    <w:p>
      <w:r>
        <w:t>Mansikkamäen–Nipulin kyläyhdistys kutsuu kaikki viihtymään tunnelmalliseen syystapahtumaan Seppälän riihelle!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