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18:00-23:00 Venetsialaiset | Salmela &amp; Bistro Muru</w:t>
      </w:r>
    </w:p>
    <w:p>
      <w:r>
        <w:t>Muru ja Taidekeskus Salmela järjestävät tänä vuonna yhteisvenetsialaiset Salmelan Paviljongissa lauantaina 30.8.2025.</w:t>
      </w:r>
    </w:p>
    <w:p>
      <w:r>
        <w:t>Liput tapahtumaan 5€. Voit hankkia ne joko ennakkoon Murusta, tai tapahtumapäivänä paikanpäältä paviljongilta.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