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18:00-22:00 VENETSIALAISET - Disco 70,-80,-ja 90-luvun musaa! Dj MAX. VAPAA PÄÄSY!</w:t>
      </w:r>
    </w:p>
    <w:p>
      <w:r>
        <w:t xml:space="preserve">Parasta 70-luvun ja kasari - ysärimusaa täräyttää ilmoille DJ MAX.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