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Hinkkuri Highland - Hiekkaharjuntie 13, Mäntyharju</w:t>
      </w:r>
    </w:p>
    <w:p>
      <w:r>
        <w:t>7.9.2025 sunnuntai</w:t>
      </w:r>
    </w:p>
    <w:p>
      <w:pPr>
        <w:pStyle w:val="Heading1"/>
      </w:pPr>
      <w:r>
        <w:t>7.9.2025 sunnuntai</w:t>
      </w:r>
    </w:p>
    <w:p>
      <w:pPr>
        <w:pStyle w:val="Heading2"/>
      </w:pPr>
      <w:r>
        <w:t>12:00-17:00 Avoimet Ovet Ylämaankarjatilalla</w:t>
      </w:r>
    </w:p>
    <w:p>
      <w:r>
        <w:t xml:space="preserve">7.9.2024 kello 12 - 17 YLÄMAANKARJATILAN AVOIMET OVET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