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ABC Kuortti, Mäyrätie 1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09:00-13:00 Kuortin markkinat</w:t>
      </w:r>
    </w:p>
    <w:p>
      <w:r>
        <w:t>Perinteiset Kuortin markkinat ABC Kuortin piha-alueella.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