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17:00-21:00 VENETSIALAISET Ylämaankarjatilalla</w:t>
      </w:r>
    </w:p>
    <w:p>
      <w:r>
        <w:t>6.9.2024 kello 17 - 21</w:t>
        <w:br/>
        <w:br/>
        <w:t>VENETSIALAISET YLÄMAANKARJATILALLA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