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Koirakiven nuorisoseurantalo</w:t>
      </w:r>
    </w:p>
    <w:p>
      <w:r>
        <w:t>28.9.2025 sunnuntai</w:t>
      </w:r>
    </w:p>
    <w:p>
      <w:pPr>
        <w:pStyle w:val="Heading1"/>
      </w:pPr>
      <w:r>
        <w:t>28.9.2025 sunnuntai</w:t>
      </w:r>
    </w:p>
    <w:p>
      <w:pPr>
        <w:pStyle w:val="Heading2"/>
      </w:pPr>
      <w:r>
        <w:t>10:00-16:00 Koirakiven kierros</w:t>
      </w:r>
    </w:p>
    <w:p>
      <w:r>
        <w:t>Koirakiven kierros on perinteinen, syksyinen juoksutapahtuma, jossa kisataan monissa eri ikäryhmissä ja sarjoissa Koirakiven kylän upeissa maalaismaisemissa.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