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Antinmäen tila, Koirakivi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11:00-13:00 Antinmäen tilan kosteikon avajaiset</w:t>
      </w:r>
    </w:p>
    <w:p>
      <w:r>
        <w:t>Tervetuloa tutustumaan uuteen kosteikkoon Antinmäen tilalle Koirakiveen Lähiruokapäivänä lauantaina 6.9.2025 kello 11–13.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