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>09:00-12:00 Uuden Mäntyharjun tulevaisuustyöpaja</w:t>
      </w:r>
    </w:p>
    <w:p>
      <w:r>
        <w:t>Lämpimästi tervetuloa Uuden Mäntyharjun tulevaisuuden elinvoiman ja yhteistyön kehittämisen työpajoihin 15. ja 16.10.2025.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