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Kisala, volttisali Mäntyharju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10:00-15:30 Etelä-Savo Shiai judokilpailu</w:t>
      </w:r>
    </w:p>
    <w:p>
      <w:r>
        <w:t>Etelä-Savo Shiai kokoaa lokakuussa yhteen eri-ikäiset judokat aina junioreista veteraaneihin sekä myös parajudo-sarjat.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