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10:00-21:00 ❤️Mäntyharjun Joulunavaus &amp; Joulutori❤️</w:t>
      </w:r>
    </w:p>
    <w:p>
      <w:r>
        <w:t>Mäntyharjun Joulutori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