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12:00-13:00 Lasten kalastusleiri</w:t>
      </w:r>
    </w:p>
    <w:p>
      <w:r>
        <w:t>Lasten kalastusleiri Mäntyharjun Halmeniemellä.</w:t>
      </w:r>
    </w:p>
    <w:p>
      <w:r>
        <w:t xml:space="preserve">30€ (yöpyminen leirillä), 20€ (kotiin yöksi), 10€ (osallistuminen vain toiseen leiripäivään), 0€ (4H-jäsen).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