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Käsityöpuoti Talvikki, Pertuntie 29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10:00-14:00 Syystempaus</w:t>
      </w:r>
    </w:p>
    <w:p>
      <w:r>
        <w:t>Syystempaus Talvikin pihalla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