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Woikosken Tehdasmuseo, Nurmaantie 15, 52920 Kouvola</w:t>
      </w:r>
    </w:p>
    <w:p>
      <w:r>
        <w:t>4.10.2025 lauantai</w:t>
      </w:r>
    </w:p>
    <w:p>
      <w:pPr>
        <w:pStyle w:val="Heading1"/>
      </w:pPr>
      <w:r>
        <w:t>4.10.2025 lauantai</w:t>
      </w:r>
    </w:p>
    <w:p>
      <w:pPr>
        <w:pStyle w:val="Heading2"/>
      </w:pPr>
      <w:r>
        <w:t>11:00-15:00 Museolauantait loka- ja marraskuussa Woikosken museoissa</w:t>
      </w:r>
    </w:p>
    <w:p>
      <w:r>
        <w:t>Lokakuun alusta alkaen järjestämme huippusuositut Museolauantait useana lauantaina 4.10.2025 alkaen.</w:t>
      </w:r>
    </w:p>
    <w:p>
      <w:r>
        <w:t>Hinta 55 € / hlö. Lapset alle 12 v.: museolippupaketti 10 €, lounas 1 € / ikävuosi.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