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14:00-17:45 Liikuntaneuvonnan päivä Kisarannassa</w:t>
      </w:r>
    </w:p>
    <w:p>
      <w:r>
        <w:t>💪 Liikuntaneuvonnan päivä Kisarannassa!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