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18:00-20:15 Mäntyharju 430 v. Historiailta klo 18, Mäntyharjun kirkko</w:t>
      </w:r>
    </w:p>
    <w:p>
      <w:r>
        <w:t>Mäntyharjun seurakunnan 430-vuotissyntymäpäivä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